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37088C" w14:textId="77777777" w:rsidR="00045F65" w:rsidRDefault="004A0D47">
      <w:pPr>
        <w:pStyle w:val="aa"/>
        <w:jc w:val="center"/>
        <w:rPr>
          <w:lang w:eastAsia="zh-CN"/>
        </w:rPr>
      </w:pPr>
      <w:r>
        <w:rPr>
          <w:lang w:eastAsia="zh-CN"/>
        </w:rPr>
        <w:t>智能制造交叉实验室拟采购设备清单</w:t>
      </w:r>
    </w:p>
    <w:p w14:paraId="094FE1A4" w14:textId="6D78C17C" w:rsidR="00045F65" w:rsidRDefault="004A0D47">
      <w:pPr>
        <w:spacing w:after="240"/>
        <w:rPr>
          <w:lang w:eastAsia="zh-CN"/>
        </w:rPr>
      </w:pPr>
      <w:r>
        <w:t>项目拟采购智能制造数字化控制与孪生应用实训系统</w:t>
      </w:r>
      <w:r>
        <w:t>1</w:t>
      </w:r>
      <w:r>
        <w:t>套</w:t>
      </w:r>
      <w:r>
        <w:t>，项目预算</w:t>
      </w:r>
      <w:r>
        <w:t>110</w:t>
      </w:r>
      <w:r>
        <w:t>万元。具体配置如下。</w:t>
      </w:r>
    </w:p>
    <w:tbl>
      <w:tblPr>
        <w:tblW w:w="10080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130" w:type="dxa"/>
          <w:left w:w="115" w:type="dxa"/>
          <w:bottom w:w="130" w:type="dxa"/>
          <w:right w:w="115" w:type="dxa"/>
        </w:tblCellMar>
        <w:tblLook w:val="04A0" w:firstRow="1" w:lastRow="0" w:firstColumn="1" w:lastColumn="0" w:noHBand="0" w:noVBand="1"/>
      </w:tblPr>
      <w:tblGrid>
        <w:gridCol w:w="864"/>
        <w:gridCol w:w="7272"/>
        <w:gridCol w:w="936"/>
        <w:gridCol w:w="1008"/>
      </w:tblGrid>
      <w:tr w:rsidR="003A31B3" w14:paraId="7EB55836" w14:textId="77777777">
        <w:trPr>
          <w:cantSplit/>
          <w:tblHeader/>
          <w:jc w:val="center"/>
        </w:trPr>
        <w:tc>
          <w:tcPr>
            <w:tcW w:w="864" w:type="dxa"/>
            <w:shd w:val="clear" w:color="auto" w:fill="EDEDED"/>
            <w:vAlign w:val="center"/>
          </w:tcPr>
          <w:p w14:paraId="555F843B" w14:textId="77777777" w:rsidR="003A31B3" w:rsidRDefault="004A0D47">
            <w:pPr>
              <w:spacing w:after="0" w:line="264" w:lineRule="auto"/>
              <w:jc w:val="center"/>
            </w:pPr>
            <w:r>
              <w:rPr>
                <w:b/>
              </w:rPr>
              <w:t>序号</w:t>
            </w:r>
          </w:p>
        </w:tc>
        <w:tc>
          <w:tcPr>
            <w:tcW w:w="7272" w:type="dxa"/>
            <w:shd w:val="clear" w:color="auto" w:fill="EDEDED"/>
            <w:vAlign w:val="center"/>
          </w:tcPr>
          <w:p w14:paraId="4C60AC04" w14:textId="77777777" w:rsidR="003A31B3" w:rsidRDefault="004A0D47">
            <w:pPr>
              <w:spacing w:after="0" w:line="264" w:lineRule="auto"/>
              <w:jc w:val="center"/>
            </w:pPr>
            <w:r>
              <w:rPr>
                <w:b/>
              </w:rPr>
              <w:t>设备名称</w:t>
            </w:r>
          </w:p>
        </w:tc>
        <w:tc>
          <w:tcPr>
            <w:tcW w:w="936" w:type="dxa"/>
            <w:shd w:val="clear" w:color="auto" w:fill="EDEDED"/>
            <w:vAlign w:val="center"/>
          </w:tcPr>
          <w:p w14:paraId="33B3F477" w14:textId="77777777" w:rsidR="003A31B3" w:rsidRDefault="004A0D47">
            <w:pPr>
              <w:spacing w:after="0" w:line="264" w:lineRule="auto"/>
              <w:jc w:val="center"/>
            </w:pPr>
            <w:r>
              <w:rPr>
                <w:b/>
              </w:rPr>
              <w:t>单位</w:t>
            </w:r>
          </w:p>
        </w:tc>
        <w:tc>
          <w:tcPr>
            <w:tcW w:w="1008" w:type="dxa"/>
            <w:shd w:val="clear" w:color="auto" w:fill="EDEDED"/>
            <w:vAlign w:val="center"/>
          </w:tcPr>
          <w:p w14:paraId="19B638FF" w14:textId="77777777" w:rsidR="003A31B3" w:rsidRDefault="004A0D47">
            <w:pPr>
              <w:spacing w:after="0" w:line="264" w:lineRule="auto"/>
              <w:jc w:val="center"/>
            </w:pPr>
            <w:r>
              <w:rPr>
                <w:b/>
              </w:rPr>
              <w:t>数量</w:t>
            </w:r>
          </w:p>
        </w:tc>
      </w:tr>
      <w:tr w:rsidR="003A31B3" w14:paraId="0590DF7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E061E0F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  <w:tc>
          <w:tcPr>
            <w:tcW w:w="7272" w:type="dxa"/>
            <w:vAlign w:val="center"/>
          </w:tcPr>
          <w:p w14:paraId="1BBBE477" w14:textId="77777777" w:rsidR="003A31B3" w:rsidRDefault="004A0D47">
            <w:pPr>
              <w:spacing w:after="0" w:line="264" w:lineRule="auto"/>
            </w:pPr>
            <w:r>
              <w:t>数控加工中心</w:t>
            </w:r>
          </w:p>
        </w:tc>
        <w:tc>
          <w:tcPr>
            <w:tcW w:w="936" w:type="dxa"/>
            <w:vAlign w:val="center"/>
          </w:tcPr>
          <w:p w14:paraId="123879DB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1BA78B1F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237D665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1D95203" w14:textId="77777777" w:rsidR="003A31B3" w:rsidRDefault="004A0D47">
            <w:pPr>
              <w:spacing w:after="0" w:line="264" w:lineRule="auto"/>
              <w:jc w:val="center"/>
            </w:pPr>
            <w:r>
              <w:t>2</w:t>
            </w:r>
          </w:p>
        </w:tc>
        <w:tc>
          <w:tcPr>
            <w:tcW w:w="7272" w:type="dxa"/>
            <w:vAlign w:val="center"/>
          </w:tcPr>
          <w:p w14:paraId="292C1402" w14:textId="77777777" w:rsidR="003A31B3" w:rsidRDefault="004A0D47">
            <w:pPr>
              <w:spacing w:after="0" w:line="264" w:lineRule="auto"/>
              <w:rPr>
                <w:lang w:eastAsia="zh-CN"/>
              </w:rPr>
            </w:pPr>
            <w:r>
              <w:rPr>
                <w:lang w:eastAsia="zh-CN"/>
              </w:rPr>
              <w:t>汽车智能涂胶与装配生产单元</w:t>
            </w:r>
          </w:p>
        </w:tc>
        <w:tc>
          <w:tcPr>
            <w:tcW w:w="936" w:type="dxa"/>
            <w:vAlign w:val="center"/>
          </w:tcPr>
          <w:p w14:paraId="1B085F2E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2B382202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1AB4FDF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CCBF99D" w14:textId="77777777" w:rsidR="003A31B3" w:rsidRDefault="004A0D47">
            <w:pPr>
              <w:spacing w:after="0" w:line="264" w:lineRule="auto"/>
              <w:jc w:val="center"/>
            </w:pPr>
            <w:r>
              <w:t>3</w:t>
            </w:r>
          </w:p>
        </w:tc>
        <w:tc>
          <w:tcPr>
            <w:tcW w:w="7272" w:type="dxa"/>
            <w:vAlign w:val="center"/>
          </w:tcPr>
          <w:p w14:paraId="5833C5FD" w14:textId="77777777" w:rsidR="003A31B3" w:rsidRDefault="004A0D47">
            <w:pPr>
              <w:spacing w:after="0" w:line="264" w:lineRule="auto"/>
            </w:pPr>
            <w:r>
              <w:t>复合机器人</w:t>
            </w:r>
          </w:p>
        </w:tc>
        <w:tc>
          <w:tcPr>
            <w:tcW w:w="936" w:type="dxa"/>
            <w:vAlign w:val="center"/>
          </w:tcPr>
          <w:p w14:paraId="553F5F77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7B3E28ED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710AF92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C80B059" w14:textId="77777777" w:rsidR="003A31B3" w:rsidRDefault="004A0D47">
            <w:pPr>
              <w:spacing w:after="0" w:line="264" w:lineRule="auto"/>
              <w:jc w:val="center"/>
            </w:pPr>
            <w:r>
              <w:t>4</w:t>
            </w:r>
          </w:p>
        </w:tc>
        <w:tc>
          <w:tcPr>
            <w:tcW w:w="7272" w:type="dxa"/>
            <w:vAlign w:val="center"/>
          </w:tcPr>
          <w:p w14:paraId="5FFA0D36" w14:textId="77777777" w:rsidR="003A31B3" w:rsidRDefault="004A0D47">
            <w:pPr>
              <w:spacing w:after="0" w:line="264" w:lineRule="auto"/>
            </w:pPr>
            <w:r>
              <w:t>边缘计算采集系统</w:t>
            </w:r>
          </w:p>
        </w:tc>
        <w:tc>
          <w:tcPr>
            <w:tcW w:w="936" w:type="dxa"/>
            <w:vAlign w:val="center"/>
          </w:tcPr>
          <w:p w14:paraId="16D9CA61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3C35A515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44FB053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D056E43" w14:textId="77777777" w:rsidR="003A31B3" w:rsidRDefault="004A0D47">
            <w:pPr>
              <w:spacing w:after="0" w:line="264" w:lineRule="auto"/>
              <w:jc w:val="center"/>
            </w:pPr>
            <w:r>
              <w:t>5</w:t>
            </w:r>
          </w:p>
        </w:tc>
        <w:tc>
          <w:tcPr>
            <w:tcW w:w="7272" w:type="dxa"/>
            <w:vAlign w:val="center"/>
          </w:tcPr>
          <w:p w14:paraId="6463EE68" w14:textId="77777777" w:rsidR="003A31B3" w:rsidRDefault="004A0D47">
            <w:pPr>
              <w:spacing w:after="0" w:line="264" w:lineRule="auto"/>
              <w:rPr>
                <w:lang w:eastAsia="zh-CN"/>
              </w:rPr>
            </w:pPr>
            <w:r>
              <w:rPr>
                <w:lang w:eastAsia="zh-CN"/>
              </w:rPr>
              <w:t>智能生产工业网络与控制系统</w:t>
            </w:r>
          </w:p>
        </w:tc>
        <w:tc>
          <w:tcPr>
            <w:tcW w:w="936" w:type="dxa"/>
            <w:vAlign w:val="center"/>
          </w:tcPr>
          <w:p w14:paraId="68BE0576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5CE47F78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6EE908B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D0515E1" w14:textId="77777777" w:rsidR="003A31B3" w:rsidRDefault="004A0D47">
            <w:pPr>
              <w:spacing w:after="0" w:line="264" w:lineRule="auto"/>
              <w:jc w:val="center"/>
            </w:pPr>
            <w:r>
              <w:t>6</w:t>
            </w:r>
          </w:p>
        </w:tc>
        <w:tc>
          <w:tcPr>
            <w:tcW w:w="7272" w:type="dxa"/>
            <w:vAlign w:val="center"/>
          </w:tcPr>
          <w:p w14:paraId="77254A54" w14:textId="77777777" w:rsidR="003A31B3" w:rsidRDefault="004A0D47">
            <w:pPr>
              <w:spacing w:after="0" w:line="264" w:lineRule="auto"/>
            </w:pPr>
            <w:r>
              <w:t>工业</w:t>
            </w:r>
            <w:r>
              <w:t>APP</w:t>
            </w:r>
            <w:r>
              <w:t>应用平台</w:t>
            </w:r>
          </w:p>
        </w:tc>
        <w:tc>
          <w:tcPr>
            <w:tcW w:w="936" w:type="dxa"/>
            <w:vAlign w:val="center"/>
          </w:tcPr>
          <w:p w14:paraId="6CA16070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05FDA67F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1D5A6E5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D001F41" w14:textId="77777777" w:rsidR="003A31B3" w:rsidRDefault="004A0D47">
            <w:pPr>
              <w:spacing w:after="0" w:line="264" w:lineRule="auto"/>
              <w:jc w:val="center"/>
            </w:pPr>
            <w:r>
              <w:t>7</w:t>
            </w:r>
          </w:p>
        </w:tc>
        <w:tc>
          <w:tcPr>
            <w:tcW w:w="7272" w:type="dxa"/>
            <w:vAlign w:val="center"/>
          </w:tcPr>
          <w:p w14:paraId="08BC0B76" w14:textId="77777777" w:rsidR="003A31B3" w:rsidRDefault="004A0D47">
            <w:pPr>
              <w:spacing w:after="0" w:line="264" w:lineRule="auto"/>
            </w:pPr>
            <w:r>
              <w:t>中央电气控制系统</w:t>
            </w:r>
          </w:p>
        </w:tc>
        <w:tc>
          <w:tcPr>
            <w:tcW w:w="936" w:type="dxa"/>
            <w:vAlign w:val="center"/>
          </w:tcPr>
          <w:p w14:paraId="3110514F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5A0C1A51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7337C41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148D6EE" w14:textId="77777777" w:rsidR="003A31B3" w:rsidRDefault="004A0D47">
            <w:pPr>
              <w:spacing w:after="0" w:line="264" w:lineRule="auto"/>
              <w:jc w:val="center"/>
            </w:pPr>
            <w:r>
              <w:t>8</w:t>
            </w:r>
          </w:p>
        </w:tc>
        <w:tc>
          <w:tcPr>
            <w:tcW w:w="7272" w:type="dxa"/>
            <w:vAlign w:val="center"/>
          </w:tcPr>
          <w:p w14:paraId="526A2693" w14:textId="77777777" w:rsidR="003A31B3" w:rsidRDefault="004A0D47">
            <w:pPr>
              <w:spacing w:after="0" w:line="264" w:lineRule="auto"/>
              <w:rPr>
                <w:lang w:eastAsia="zh-CN"/>
              </w:rPr>
            </w:pPr>
            <w:r>
              <w:rPr>
                <w:lang w:eastAsia="zh-CN"/>
              </w:rPr>
              <w:t>数字孪生仿真及虚拟调试软件</w:t>
            </w:r>
          </w:p>
        </w:tc>
        <w:tc>
          <w:tcPr>
            <w:tcW w:w="936" w:type="dxa"/>
            <w:vAlign w:val="center"/>
          </w:tcPr>
          <w:p w14:paraId="4D56C57F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14E368CA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179C9DE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D6A2408" w14:textId="77777777" w:rsidR="003A31B3" w:rsidRDefault="004A0D47">
            <w:pPr>
              <w:spacing w:after="0" w:line="264" w:lineRule="auto"/>
              <w:jc w:val="center"/>
            </w:pPr>
            <w:r>
              <w:t>9</w:t>
            </w:r>
          </w:p>
        </w:tc>
        <w:tc>
          <w:tcPr>
            <w:tcW w:w="7272" w:type="dxa"/>
            <w:vAlign w:val="center"/>
          </w:tcPr>
          <w:p w14:paraId="2BF52EFC" w14:textId="77777777" w:rsidR="003A31B3" w:rsidRDefault="004A0D47">
            <w:pPr>
              <w:spacing w:after="0" w:line="264" w:lineRule="auto"/>
              <w:rPr>
                <w:lang w:eastAsia="zh-CN"/>
              </w:rPr>
            </w:pPr>
            <w:r>
              <w:rPr>
                <w:lang w:eastAsia="zh-CN"/>
              </w:rPr>
              <w:t>可视化系统及显示终端</w:t>
            </w:r>
          </w:p>
        </w:tc>
        <w:tc>
          <w:tcPr>
            <w:tcW w:w="936" w:type="dxa"/>
            <w:vAlign w:val="center"/>
          </w:tcPr>
          <w:p w14:paraId="7818387C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543BDD10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35DE9EC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E639B9C" w14:textId="77777777" w:rsidR="003A31B3" w:rsidRDefault="004A0D47">
            <w:pPr>
              <w:spacing w:after="0" w:line="264" w:lineRule="auto"/>
              <w:jc w:val="center"/>
            </w:pPr>
            <w:r>
              <w:t>10</w:t>
            </w:r>
          </w:p>
        </w:tc>
        <w:tc>
          <w:tcPr>
            <w:tcW w:w="7272" w:type="dxa"/>
            <w:vAlign w:val="center"/>
          </w:tcPr>
          <w:p w14:paraId="7E559BF1" w14:textId="77777777" w:rsidR="003A31B3" w:rsidRDefault="004A0D47">
            <w:pPr>
              <w:spacing w:after="0" w:line="264" w:lineRule="auto"/>
              <w:rPr>
                <w:lang w:eastAsia="zh-CN"/>
              </w:rPr>
            </w:pPr>
            <w:r>
              <w:rPr>
                <w:lang w:eastAsia="zh-CN"/>
              </w:rPr>
              <w:t>编程和设计工位计算机</w:t>
            </w:r>
          </w:p>
        </w:tc>
        <w:tc>
          <w:tcPr>
            <w:tcW w:w="936" w:type="dxa"/>
            <w:vAlign w:val="center"/>
          </w:tcPr>
          <w:p w14:paraId="354C5886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4CECDCC7" w14:textId="77777777" w:rsidR="003A31B3" w:rsidRDefault="004A0D47">
            <w:pPr>
              <w:spacing w:after="0" w:line="264" w:lineRule="auto"/>
              <w:jc w:val="center"/>
            </w:pPr>
            <w:r>
              <w:t>2</w:t>
            </w:r>
          </w:p>
        </w:tc>
      </w:tr>
      <w:tr w:rsidR="003A31B3" w14:paraId="68D3E719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87EF684" w14:textId="77777777" w:rsidR="003A31B3" w:rsidRDefault="004A0D47">
            <w:pPr>
              <w:spacing w:after="0" w:line="264" w:lineRule="auto"/>
              <w:jc w:val="center"/>
            </w:pPr>
            <w:r>
              <w:t>11</w:t>
            </w:r>
          </w:p>
        </w:tc>
        <w:tc>
          <w:tcPr>
            <w:tcW w:w="7272" w:type="dxa"/>
            <w:vAlign w:val="center"/>
          </w:tcPr>
          <w:p w14:paraId="79C3E9D6" w14:textId="77777777" w:rsidR="003A31B3" w:rsidRDefault="004A0D47">
            <w:pPr>
              <w:spacing w:after="0" w:line="264" w:lineRule="auto"/>
            </w:pPr>
            <w:r>
              <w:t>工具包</w:t>
            </w:r>
          </w:p>
        </w:tc>
        <w:tc>
          <w:tcPr>
            <w:tcW w:w="936" w:type="dxa"/>
            <w:vAlign w:val="center"/>
          </w:tcPr>
          <w:p w14:paraId="6BEEA64F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3D6F105F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45DD026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4559B13" w14:textId="77777777" w:rsidR="003A31B3" w:rsidRDefault="004A0D47">
            <w:pPr>
              <w:spacing w:after="0" w:line="264" w:lineRule="auto"/>
              <w:jc w:val="center"/>
            </w:pPr>
            <w:r>
              <w:t>12</w:t>
            </w:r>
          </w:p>
        </w:tc>
        <w:tc>
          <w:tcPr>
            <w:tcW w:w="7272" w:type="dxa"/>
            <w:vAlign w:val="center"/>
          </w:tcPr>
          <w:p w14:paraId="032AFE73" w14:textId="77777777" w:rsidR="003A31B3" w:rsidRDefault="004A0D47">
            <w:pPr>
              <w:spacing w:after="0" w:line="264" w:lineRule="auto"/>
            </w:pPr>
            <w:r>
              <w:t>安全围栏</w:t>
            </w:r>
          </w:p>
        </w:tc>
        <w:tc>
          <w:tcPr>
            <w:tcW w:w="936" w:type="dxa"/>
            <w:vAlign w:val="center"/>
          </w:tcPr>
          <w:p w14:paraId="23702D63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2189FDDE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7547EA1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AB1A0E0" w14:textId="77777777" w:rsidR="003A31B3" w:rsidRDefault="004A0D47">
            <w:pPr>
              <w:spacing w:after="0" w:line="264" w:lineRule="auto"/>
              <w:jc w:val="center"/>
            </w:pPr>
            <w:r>
              <w:t>13</w:t>
            </w:r>
          </w:p>
        </w:tc>
        <w:tc>
          <w:tcPr>
            <w:tcW w:w="7272" w:type="dxa"/>
            <w:vAlign w:val="center"/>
          </w:tcPr>
          <w:p w14:paraId="1B759675" w14:textId="77777777" w:rsidR="003A31B3" w:rsidRDefault="004A0D47">
            <w:pPr>
              <w:spacing w:after="0" w:line="264" w:lineRule="auto"/>
            </w:pPr>
            <w:r>
              <w:t>计算机桌凳</w:t>
            </w:r>
          </w:p>
        </w:tc>
        <w:tc>
          <w:tcPr>
            <w:tcW w:w="936" w:type="dxa"/>
            <w:vAlign w:val="center"/>
          </w:tcPr>
          <w:p w14:paraId="0919BB42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3B3181A8" w14:textId="77777777" w:rsidR="003A31B3" w:rsidRDefault="004A0D47">
            <w:pPr>
              <w:spacing w:after="0" w:line="264" w:lineRule="auto"/>
              <w:jc w:val="center"/>
            </w:pPr>
            <w:r>
              <w:t>2</w:t>
            </w:r>
          </w:p>
        </w:tc>
      </w:tr>
      <w:tr w:rsidR="003A31B3" w14:paraId="3947AFE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2EC48F3" w14:textId="77777777" w:rsidR="003A31B3" w:rsidRDefault="004A0D47">
            <w:pPr>
              <w:spacing w:after="0" w:line="264" w:lineRule="auto"/>
              <w:jc w:val="center"/>
            </w:pPr>
            <w:r>
              <w:t>14</w:t>
            </w:r>
          </w:p>
        </w:tc>
        <w:tc>
          <w:tcPr>
            <w:tcW w:w="7272" w:type="dxa"/>
            <w:vAlign w:val="center"/>
          </w:tcPr>
          <w:p w14:paraId="1DB76EF7" w14:textId="77777777" w:rsidR="003A31B3" w:rsidRDefault="004A0D47">
            <w:pPr>
              <w:spacing w:after="0" w:line="264" w:lineRule="auto"/>
            </w:pPr>
            <w:r>
              <w:t>无油静音气泵</w:t>
            </w:r>
          </w:p>
        </w:tc>
        <w:tc>
          <w:tcPr>
            <w:tcW w:w="936" w:type="dxa"/>
            <w:vAlign w:val="center"/>
          </w:tcPr>
          <w:p w14:paraId="2128C7A8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34804E46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  <w:tr w:rsidR="003A31B3" w14:paraId="37DA0F8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E339D37" w14:textId="77777777" w:rsidR="003A31B3" w:rsidRDefault="004A0D47">
            <w:pPr>
              <w:spacing w:after="0" w:line="264" w:lineRule="auto"/>
              <w:jc w:val="center"/>
            </w:pPr>
            <w:r>
              <w:t>15</w:t>
            </w:r>
          </w:p>
        </w:tc>
        <w:tc>
          <w:tcPr>
            <w:tcW w:w="7272" w:type="dxa"/>
            <w:vAlign w:val="center"/>
          </w:tcPr>
          <w:p w14:paraId="6D230338" w14:textId="77777777" w:rsidR="003A31B3" w:rsidRDefault="004A0D47">
            <w:pPr>
              <w:spacing w:after="0" w:line="264" w:lineRule="auto"/>
            </w:pPr>
            <w:r>
              <w:t>教学资源</w:t>
            </w:r>
          </w:p>
        </w:tc>
        <w:tc>
          <w:tcPr>
            <w:tcW w:w="936" w:type="dxa"/>
            <w:vAlign w:val="center"/>
          </w:tcPr>
          <w:p w14:paraId="733F7D0B" w14:textId="77777777" w:rsidR="003A31B3" w:rsidRDefault="004A0D47">
            <w:pPr>
              <w:spacing w:after="0" w:line="264" w:lineRule="auto"/>
              <w:jc w:val="center"/>
            </w:pPr>
            <w:r>
              <w:t>套</w:t>
            </w:r>
          </w:p>
        </w:tc>
        <w:tc>
          <w:tcPr>
            <w:tcW w:w="1008" w:type="dxa"/>
            <w:vAlign w:val="center"/>
          </w:tcPr>
          <w:p w14:paraId="65ACF905" w14:textId="77777777" w:rsidR="003A31B3" w:rsidRDefault="004A0D47">
            <w:pPr>
              <w:spacing w:after="0" w:line="264" w:lineRule="auto"/>
              <w:jc w:val="center"/>
            </w:pPr>
            <w:r>
              <w:t>1</w:t>
            </w:r>
          </w:p>
        </w:tc>
      </w:tr>
    </w:tbl>
    <w:p w14:paraId="06DA4EAF" w14:textId="61E64701" w:rsidR="00045F65" w:rsidRDefault="00045F65">
      <w:pPr>
        <w:spacing w:after="80" w:line="276" w:lineRule="auto"/>
        <w:rPr>
          <w:lang w:eastAsia="zh-CN"/>
        </w:rPr>
      </w:pPr>
    </w:p>
    <w:sectPr w:rsidR="00045F65" w:rsidSect="00034616">
      <w:footerReference w:type="default" r:id="rId8"/>
      <w:pgSz w:w="12240" w:h="15840"/>
      <w:pgMar w:top="936" w:right="1080" w:bottom="936" w:left="1080" w:header="72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6C296E" w14:textId="77777777" w:rsidR="004A0D47" w:rsidRDefault="004A0D47">
      <w:pPr>
        <w:spacing w:after="0" w:line="240" w:lineRule="auto"/>
      </w:pPr>
      <w:r>
        <w:separator/>
      </w:r>
    </w:p>
  </w:endnote>
  <w:endnote w:type="continuationSeparator" w:id="0">
    <w:p w14:paraId="656C8121" w14:textId="77777777" w:rsidR="004A0D47" w:rsidRDefault="004A0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PingFang SC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02804" w14:textId="32D1B365" w:rsidR="00045F65" w:rsidRDefault="004A0D47">
    <w:pPr>
      <w:pStyle w:val="a7"/>
      <w:jc w:val="center"/>
    </w:pPr>
    <w:r>
      <w:rPr>
        <w:sz w:val="18"/>
      </w:rPr>
      <w:t>第</w:t>
    </w:r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9D5B63">
      <w:rPr>
        <w:noProof/>
      </w:rPr>
      <w:t>1</w:t>
    </w:r>
    <w:r>
      <w:fldChar w:fldCharType="end"/>
    </w:r>
    <w:r>
      <w:rPr>
        <w:sz w:val="18"/>
      </w:rPr>
      <w:t xml:space="preserve"> </w:t>
    </w:r>
    <w:r>
      <w:rPr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B662E1" w14:textId="77777777" w:rsidR="004A0D47" w:rsidRDefault="004A0D47">
      <w:pPr>
        <w:spacing w:after="0" w:line="240" w:lineRule="auto"/>
      </w:pPr>
      <w:r>
        <w:separator/>
      </w:r>
    </w:p>
  </w:footnote>
  <w:footnote w:type="continuationSeparator" w:id="0">
    <w:p w14:paraId="1676839E" w14:textId="77777777" w:rsidR="004A0D47" w:rsidRDefault="004A0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4649625">
    <w:abstractNumId w:val="8"/>
  </w:num>
  <w:num w:numId="2" w16cid:durableId="1861159340">
    <w:abstractNumId w:val="6"/>
  </w:num>
  <w:num w:numId="3" w16cid:durableId="1903903617">
    <w:abstractNumId w:val="5"/>
  </w:num>
  <w:num w:numId="4" w16cid:durableId="434983438">
    <w:abstractNumId w:val="4"/>
  </w:num>
  <w:num w:numId="5" w16cid:durableId="492113387">
    <w:abstractNumId w:val="7"/>
  </w:num>
  <w:num w:numId="6" w16cid:durableId="764495773">
    <w:abstractNumId w:val="3"/>
  </w:num>
  <w:num w:numId="7" w16cid:durableId="1960868094">
    <w:abstractNumId w:val="2"/>
  </w:num>
  <w:num w:numId="8" w16cid:durableId="1878930416">
    <w:abstractNumId w:val="1"/>
  </w:num>
  <w:num w:numId="9" w16cid:durableId="16004053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F65"/>
    <w:rsid w:val="0006063C"/>
    <w:rsid w:val="0015074B"/>
    <w:rsid w:val="0029639D"/>
    <w:rsid w:val="00326F90"/>
    <w:rsid w:val="003A31B3"/>
    <w:rsid w:val="004A0D47"/>
    <w:rsid w:val="006A7403"/>
    <w:rsid w:val="006B581D"/>
    <w:rsid w:val="009333D0"/>
    <w:rsid w:val="009D5B63"/>
    <w:rsid w:val="00AA1D8D"/>
    <w:rsid w:val="00AF0564"/>
    <w:rsid w:val="00B47730"/>
    <w:rsid w:val="00CB0664"/>
    <w:rsid w:val="00F450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429DD117-CBFF-A047-9DE0-B09726ACC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83" w:lineRule="auto"/>
    </w:pPr>
    <w:rPr>
      <w:rFonts w:ascii="PingFang SC" w:eastAsia="PingFang SC" w:hAnsi="PingFang SC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智能制造交叉实验室拟采购设备清单</dc:title>
  <dc:subject>拟采购设备及配套软件和教学资源</dc:subject>
  <dc:creator/>
  <cp:keywords/>
  <dc:description>generated by python-docx</dc:description>
  <cp:lastModifiedBy>昱斌 方</cp:lastModifiedBy>
  <cp:revision>4</cp:revision>
  <dcterms:created xsi:type="dcterms:W3CDTF">2013-12-23T23:15:00Z</dcterms:created>
  <dcterms:modified xsi:type="dcterms:W3CDTF">2026-09-20T07:00:00Z</dcterms:modified>
  <cp:category/>
</cp:coreProperties>
</file>